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07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Banken, Vermögen, Schulden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Angehörige und Willensvollstrecker sehen, welche Konten, Werte und Schulden bestehen.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Am Computer oder von Hand ausfüllen. Keine PIN, keine Karten, keine E-Banking-Zugänge.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In den Beutel. Bargeld, Schmuck und Wertpapiere gehören nicht hinein, nur der Hinweis, wo sie liegen.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Banken und Konten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565"/>
        <w:gridCol w:w="2367"/>
        <w:gridCol w:w="1973"/>
        <w:gridCol w:w="2959"/>
      </w:tblGrid>
      <w:tr>
        <w:trPr>
          <w:cantSplit/>
          <w:tblHeader/>
        </w:trPr>
        <w:tc>
          <w:tcPr>
            <w:tcW w:type="dxa" w:w="2565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Institut</w:t>
            </w:r>
          </w:p>
        </w:tc>
        <w:tc>
          <w:tcPr>
            <w:tcW w:type="dxa" w:w="236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Ansprechperson</w:t>
            </w:r>
          </w:p>
        </w:tc>
        <w:tc>
          <w:tcPr>
            <w:tcW w:type="dxa" w:w="197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Telefon</w:t>
            </w:r>
          </w:p>
        </w:tc>
        <w:tc>
          <w:tcPr>
            <w:tcW w:type="dxa" w:w="2959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Art (Konto, Depot, 3a)</w:t>
            </w: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565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Schliessfach und Wertsachen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946"/>
        <w:gridCol w:w="3551"/>
        <w:gridCol w:w="2367"/>
      </w:tblGrid>
      <w:tr>
        <w:trPr>
          <w:cantSplit/>
          <w:tblHeader/>
        </w:trPr>
        <w:tc>
          <w:tcPr>
            <w:tcW w:type="dxa" w:w="394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Was, wo</w:t>
            </w:r>
          </w:p>
        </w:tc>
        <w:tc>
          <w:tcPr>
            <w:tcW w:type="dxa" w:w="355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Fundort Schlüssel oder Zugang</w:t>
            </w:r>
          </w:p>
        </w:tc>
        <w:tc>
          <w:tcPr>
            <w:tcW w:type="dxa" w:w="236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Wer ist berechtigt</w:t>
            </w:r>
          </w:p>
        </w:tc>
      </w:tr>
      <w:tr>
        <w:trPr>
          <w:cantSplit/>
          <w:trHeight w:val="567" w:hRule="atLeast"/>
        </w:trPr>
        <w:tc>
          <w:tcPr>
            <w:tcW w:type="dxa" w:w="394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394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394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355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Immobilien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946"/>
        <w:gridCol w:w="2959"/>
        <w:gridCol w:w="2959"/>
      </w:tblGrid>
      <w:tr>
        <w:trPr>
          <w:cantSplit/>
          <w:tblHeader/>
        </w:trPr>
        <w:tc>
          <w:tcPr>
            <w:tcW w:type="dxa" w:w="394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Objekt, Adresse</w:t>
            </w:r>
          </w:p>
        </w:tc>
        <w:tc>
          <w:tcPr>
            <w:tcW w:type="dxa" w:w="2959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Eigentum (allein, gemeinsam)</w:t>
            </w:r>
          </w:p>
        </w:tc>
        <w:tc>
          <w:tcPr>
            <w:tcW w:type="dxa" w:w="2959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Verwaltung, Kontakt</w:t>
            </w:r>
          </w:p>
        </w:tc>
      </w:tr>
      <w:tr>
        <w:trPr>
          <w:cantSplit/>
          <w:trHeight w:val="567" w:hRule="atLeast"/>
        </w:trPr>
        <w:tc>
          <w:tcPr>
            <w:tcW w:type="dxa" w:w="394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394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3946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959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Hypotheken und Darlehen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762"/>
        <w:gridCol w:w="1973"/>
        <w:gridCol w:w="1973"/>
        <w:gridCol w:w="1381"/>
        <w:gridCol w:w="1775"/>
      </w:tblGrid>
      <w:tr>
        <w:trPr>
          <w:cantSplit/>
          <w:tblHeader/>
        </w:trPr>
        <w:tc>
          <w:tcPr>
            <w:tcW w:type="dxa" w:w="2762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Gläubiger</w:t>
            </w:r>
          </w:p>
        </w:tc>
        <w:tc>
          <w:tcPr>
            <w:tcW w:type="dxa" w:w="197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Art</w:t>
            </w:r>
          </w:p>
        </w:tc>
        <w:tc>
          <w:tcPr>
            <w:tcW w:type="dxa" w:w="197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Betrag, ungefähr</w:t>
            </w:r>
          </w:p>
        </w:tc>
        <w:tc>
          <w:tcPr>
            <w:tcW w:type="dxa" w:w="1381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Fällig</w:t>
            </w:r>
          </w:p>
        </w:tc>
        <w:tc>
          <w:tcPr>
            <w:tcW w:type="dxa" w:w="1776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Kontakt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381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77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Weitere Schulden und Verpflichtungen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Leasing, Bürgschaften, Steuerraten, Darlehen an Dritte oder von Dritten.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2762"/>
        <w:gridCol w:w="2762"/>
        <w:gridCol w:w="1973"/>
        <w:gridCol w:w="2367"/>
      </w:tblGrid>
      <w:tr>
        <w:trPr>
          <w:cantSplit/>
          <w:tblHeader/>
        </w:trPr>
        <w:tc>
          <w:tcPr>
            <w:tcW w:type="dxa" w:w="2762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Art</w:t>
            </w:r>
          </w:p>
        </w:tc>
        <w:tc>
          <w:tcPr>
            <w:tcW w:type="dxa" w:w="2762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Gegenüber</w:t>
            </w:r>
          </w:p>
        </w:tc>
        <w:tc>
          <w:tcPr>
            <w:tcW w:type="dxa" w:w="1973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Betrag, ungefähr</w:t>
            </w:r>
          </w:p>
        </w:tc>
        <w:tc>
          <w:tcPr>
            <w:tcW w:type="dxa" w:w="2367"/>
            <w:shd w:val="clear" w:color="auto" w:fill="E3E8ED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7"/>
              </w:rPr>
              <w:t>Bemerkung</w:t>
            </w: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keepNext/>
              <w:spacing w:after="0"/>
            </w:pPr>
          </w:p>
        </w:tc>
      </w:tr>
      <w:tr>
        <w:trPr>
          <w:cantSplit/>
          <w:trHeight w:val="567" w:hRule="atLeast"/>
        </w:trPr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762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1973"/>
            <w:tcBorders>
              <w:top w:val="nil"/>
              <w:left w:val="nil"/>
              <w:bottom w:val="single" w:sz="4" w:color="4A5A6C"/>
              <w:right w:val="single" w:sz="2" w:color="C9D1D8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  <w:tc>
          <w:tcPr>
            <w:tcW w:type="dxa" w:w="2367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Sonstiges Vermögen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Beteiligungen, Sammlungen, Fahrzeuge, Vermögen im Ausland.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Stand (Datum)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07: Banken, Vermögen, Schulden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