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12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Wo liegt was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Ihre Vertrauenspersonen finden alle wichtigen Dokumente, auch die, die nicht im Beutel liegen. Zugleich der Abschluss Ihrer Notfallunterlagen.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Am Computer oder von Hand ausfüllen. Bei jedem Dokument angeben, ob es im Beutel liegt oder wo sonst.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In den Beutel.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Mar>
              <w:top w:w="113" w:type="dxa"/>
              <w:left w:w="170" w:type="dxa"/>
              <w:bottom w:w="113" w:type="dxa"/>
              <w:right w:w="1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Testament und Erbvertrag dürfen in den Beutel. Liegt eines davon darin: im Hinterlegungsformular (Vorlage 13) ankreuzen. Nicht in den Beutel gehören Bargeld, Schmuck und Wertpapiere; hier nennen Sie nur den Fundort.</w:t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Vorsorge und Nachlass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663"/>
        <w:gridCol w:w="1677"/>
        <w:gridCol w:w="986"/>
        <w:gridCol w:w="3157"/>
        <w:gridCol w:w="1381"/>
      </w:tblGrid>
      <w:tr>
        <w:trPr>
          <w:cantSplit/>
          <w:tblHeader/>
        </w:trPr>
        <w:tc>
          <w:tcPr>
            <w:tcW w:type="dxa" w:w="266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Dokument</w:t>
            </w:r>
          </w:p>
        </w:tc>
        <w:tc>
          <w:tcPr>
            <w:tcW w:type="dxa" w:w="167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Vorhanden</w:t>
            </w:r>
          </w:p>
        </w:tc>
        <w:tc>
          <w:tcPr>
            <w:tcW w:type="dxa" w:w="98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Im Beutel</w:t>
            </w:r>
          </w:p>
        </w:tc>
        <w:tc>
          <w:tcPr>
            <w:tcW w:type="dxa" w:w="315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Sonst: Fundort</w:t>
            </w:r>
          </w:p>
        </w:tc>
        <w:tc>
          <w:tcPr>
            <w:tcW w:type="dxa" w:w="138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Stand</w:t>
            </w: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Testament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Vorsorgeauftrag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Patientenverfügung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Ehe- oder Erbvertrag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Vollmachten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Weitere Dokumente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663"/>
        <w:gridCol w:w="1677"/>
        <w:gridCol w:w="986"/>
        <w:gridCol w:w="3157"/>
        <w:gridCol w:w="1381"/>
      </w:tblGrid>
      <w:tr>
        <w:trPr>
          <w:cantSplit/>
          <w:tblHeader/>
        </w:trPr>
        <w:tc>
          <w:tcPr>
            <w:tcW w:type="dxa" w:w="266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Dokument</w:t>
            </w:r>
          </w:p>
        </w:tc>
        <w:tc>
          <w:tcPr>
            <w:tcW w:type="dxa" w:w="167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Vorhanden</w:t>
            </w:r>
          </w:p>
        </w:tc>
        <w:tc>
          <w:tcPr>
            <w:tcW w:type="dxa" w:w="98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Im Beutel</w:t>
            </w:r>
          </w:p>
        </w:tc>
        <w:tc>
          <w:tcPr>
            <w:tcW w:type="dxa" w:w="315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Sonst: Fundort</w:t>
            </w:r>
          </w:p>
        </w:tc>
        <w:tc>
          <w:tcPr>
            <w:tcW w:type="dxa" w:w="138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Stand</w:t>
            </w: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Pass, Identitätskarte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Familienausweis, Zivilstand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Grundbuch, Kaufverträge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Steuerunterlagen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Versicherungspolicen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Firmendokumente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Schlüssel, Tresor</w:t>
            </w: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624" w:hRule="atLeast"/>
        </w:trPr>
        <w:tc>
          <w:tcPr>
            <w:tcW w:type="dxa" w:w="266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67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ja  </w:t>
            </w: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 xml:space="preserve"> nein</w:t>
            </w:r>
          </w:p>
        </w:tc>
        <w:tc>
          <w:tcPr>
            <w:tcW w:type="dxa" w:w="98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b w:val="0"/>
                <w:color w:val="13233A"/>
                <w:sz w:val="21"/>
              </w:rPr>
              <w:t>☐</w:t>
            </w:r>
          </w:p>
        </w:tc>
        <w:tc>
          <w:tcPr>
            <w:tcW w:type="dxa" w:w="315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Wertsachen (nie im Beutel)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340"/>
        <w:gridCol w:w="5524"/>
      </w:tblGrid>
      <w:tr>
        <w:trPr>
          <w:cantSplit/>
          <w:tblHeader/>
        </w:trPr>
        <w:tc>
          <w:tcPr>
            <w:tcW w:type="dxa" w:w="434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Was</w:t>
            </w:r>
          </w:p>
        </w:tc>
        <w:tc>
          <w:tcPr>
            <w:tcW w:type="dxa" w:w="5524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Fundort</w:t>
            </w:r>
          </w:p>
        </w:tc>
      </w:tr>
      <w:tr>
        <w:trPr>
          <w:cantSplit/>
          <w:trHeight w:val="567" w:hRule="atLeast"/>
        </w:trPr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Bargeld</w:t>
            </w:r>
          </w:p>
        </w:tc>
        <w:tc>
          <w:tcPr>
            <w:tcW w:type="dxa" w:w="5524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Schmuck</w:t>
            </w:r>
          </w:p>
        </w:tc>
        <w:tc>
          <w:tcPr>
            <w:tcW w:type="dxa" w:w="5524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434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Wertpapiere</w:t>
            </w:r>
          </w:p>
        </w:tc>
        <w:tc>
          <w:tcPr>
            <w:tcW w:type="dxa" w:w="5524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Abschluss der Notfallunterlagen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Diese Unterlagen ersetzen weder Testament noch Vorsorgeauftrag noch Vollmacht.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Datum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12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12: Wo liegt was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